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תבניות הלוח השיתופי ואת מטרת כל 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העבודה בלוח: שאלה, פתקים, סידור, חשיפה, 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פתק אישי בהתאם לתבנית נבחרת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מוסיפים פתקים צבעוניים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 חשוב בנציג/ה של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המילה בשפה שלי ומשפט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לוחצים על 🔗 שיתוף ומעתיקים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לבניית לוח חדש בוחרים תבנית, לא צריך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אחד הטיפים לעבודה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בתהליך מסדרים את הפתקים ואז חושפים ומדברים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תבנית פתוחה ללא נושא קבוע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תבנית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(מה נותן כוח, מה מקשה ומה עוזר)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חשוב בנציג/ה של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(אני לוקח/ת אחריות כש...)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(משפט, משפחת מילים, אסוציאציה)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(המילה, בשפה שלי, משפט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(פתק יציאה: עבד, לא ברור, רעיון)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בוחר/ת תבנית ושואל/ת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התלמידים מוסיפים פתקים צבעוניים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מסדרים את הפתקים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חושפים את הפתקים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מדברים ודנים בתוצאות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הפתק מתאים לתבנית שנבחרה, כתוב בגוף ראשון, קצר וברור, משקף את הנושא (למשל חוסן: מה נותן כוח ומה מקשה)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מוסיפים פתקים צבעוניים, מסדרים, חושפים ומדברים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תלויה בתבנית שנבחרה - לבדוק התאמה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מעתיקים קוד/קישור מלוח קיים ומדביקים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תבנית אחת בפועל על הלוח החכם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לכל תלמיד לבחור תבנית אחרת בחלק הכתיבה האישית ולשתף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חשיבות שלב השיחה בסוף - לא רק כתיבת הפתקים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לוח שהכיתה כותבת עליו יחד. המורה שואל שאלה. כל תלמיד כותב פתק צבעוני. אחר כך מסדרים את הפתקים ומדברים עליהם.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שיתופי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שכולם בכיתה כותבים עליו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קצר שתלמיד מוסיף ללוח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תבנית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מוכנה של לוח עם שאלה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לשלוח קישור ללוח למישהו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קוד/קישור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כתובת שמעתיקים כדי לפתוח לוח קיים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פתק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 קצר בסוף שיעור על מה שהבנו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ולהתחזק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אסוציאציה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הראשונה שעולה בראש כששומעים מילה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אחרי שהמורה שואל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פתקים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במחברת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שולחים מכתב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על הלוח הכיתתי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תבנית עוסקת בכוח ובקושי?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בתבנית 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חשוב בנציג/ה של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חדשה בשפה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עם מילה מהשיעור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פתק יציאה מהשיעור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עוד כותבים חוץ מהמילה החדשה?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משפחת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המילה בשפה שלי ומשפט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המורה והתאריך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מקבלים לוח שכבר קיים?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לוחצים על 🔗 שיתוף ומעתיקים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מוחקים את הלוח הישן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תבנית חדשה מההתחלה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מייל למורה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לבנות לוח חדש צריך קוד מלוח קיים.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להקרין את הלוח על הלוח החכם ותלמידים ניגשים בתורות.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'לשון – מילה של היום' כוללת משפט ומשפחת 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שמוסיפים פתקים אסור לסדר אותם מחדש.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'לוח ריק' מיועדת לשאלה חופשית שבוחרים בעצמכם.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השיתופי שואלים שאלה, והתלמידים מוסיפים __________ צבעוניים.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תבנית 'חוסן' עוסקת במה נותן כוח ומה __________ על התלמיד.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בתבנית 'אחריות' הפתיח הוא: אני לוקח/ת __________ כש...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לקבל עותק של לוח קיים מדביקים __________ או קישור.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תבנית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חשוב בנציג/ה של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פתק יציאה: עבד, לא ברור, רעיון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המילה, בשפה שלי, משפט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לשון – מילה של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אני לוקח/ת אחריות כש...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עולים – מילה 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נותן כוח, מה מקשה ומה עוזר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משוב לשיעור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משפט, משפחת מילים, אסוציאציה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מוסיפים פתקים צבעוניים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ודנים בתוצאות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בוחר/ת תבנית ושואל/ת 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מסדרים את הפתקים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חושפים את הפתקים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תבנית אחת מהלוח (חוסן, בחירות, אחריות, לשון, או עולים) וכתבו פתק אישי כאילו הוספתם אותו ללוח.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התלמידים אחרי שהמורה שואלת שאלה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לתבנית אחת ולמה שכותבים 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מקבלים עותק של לוח קיים?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שיתופי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